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第8周 APP 遥控与 AI 功能体验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2026年10月14日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在安全区域内体验机体遥控、激光雷达、目标追踪、取色巡线和 AR，理解“感知—决策—执行”的基本闭环。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所有运动功能先低速测试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安全员手不离停止按钮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禁止在桌面、高台或人员密集区域运行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布置试验场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边界清晰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打开机体遥控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画面与云台正常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完成低速动作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无冲出边界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观察激光雷达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能指出障碍物方向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体验目标追踪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光照条件已记录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体验取色巡线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记录偏离位置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体验 AR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识别距离已记录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遥控动作与响应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雷达障碍物距离现象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目标追踪光照与稳定性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巡线偏离位置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AR 最佳识别距离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用自己的话解释“感知 决策 执行”，并写出它与本周实操的关系。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用自己的话解释“目标追踪”，并写出它与本周实操的关系。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用自己的话解释“激光雷达”，并写出它与本周实操的关系。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遥控规范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低速、逐项、能及时停止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雷达观察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能将点云与障碍物对应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视觉设置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取色与光照设置合理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现象记录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数据和条件完整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团队协作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操作员与安全员配合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第8周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